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越過界線的人：一場衝突有幾種版本？</w:t>
      </w:r>
    </w:p>
    <w:p>
      <w:pPr>
        <w:jc w:val="center"/>
      </w:pPr>
      <w:r>
        <w:rPr>
          <w:b/>
          <w:color w:val="604C37"/>
          <w:sz w:val="24"/>
        </w:rPr>
        <w:t>國中｜教師詳案｜3節 × 45分鐘</w:t>
      </w:r>
    </w:p>
    <w:p>
      <w:pPr>
        <w:jc w:val="center"/>
      </w:pPr>
      <w:r>
        <w:t>策展教育資源｜語文學習領域 × 社會領域｜108課綱對應</w:t>
      </w:r>
    </w:p>
    <w:p>
      <w:pPr>
        <w:jc w:val="center"/>
      </w:pPr>
      <w:r>
        <w:t>版本 v1.0｜2026-08-22｜來源狀態：partial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3F0"/>
          </w:tcPr>
          <w:p>
            <w:r/>
            <w:r>
              <w:rPr>
                <w:b/>
                <w:color w:val="415852"/>
              </w:rPr>
              <w:t>教師使用提醒｜</w:t>
            </w:r>
            <w:r>
              <w:t>本案策展頁正文目前僅部分可機器讀取，教材以外部可追溯研究與官方資料建立史實基線；未核對的策展細節不得自行補入。</w:t>
            </w:r>
          </w:p>
        </w:tc>
      </w:tr>
    </w:tbl>
    <w:p>
      <w:pPr>
        <w:pStyle w:val="Heading1"/>
      </w:pPr>
      <w:r>
        <w:t>一、學習目標</w:t>
      </w:r>
    </w:p>
    <w:p>
      <w:pPr>
        <w:pStyle w:val="ListNumber"/>
      </w:pPr>
      <w:r>
        <w:t>區分歷史事實、史料證據、後人解釋與文學再現。</w:t>
      </w:r>
    </w:p>
    <w:p>
      <w:pPr>
        <w:pStyle w:val="ListNumber"/>
      </w:pPr>
      <w:r>
        <w:t>分析來源生成背景、敘述位置與可能限制。</w:t>
      </w:r>
    </w:p>
    <w:p>
      <w:pPr>
        <w:pStyle w:val="ListNumber"/>
      </w:pPr>
      <w:r>
        <w:t>比較至少三種來源對1641／1642事件因果與重點的差異。</w:t>
      </w:r>
    </w:p>
    <w:p>
      <w:pPr>
        <w:pStyle w:val="ListNumber"/>
      </w:pPr>
      <w:r>
        <w:t>撰寫附來源註記的歷史新聞／編者註，主動標示不確定性。</w:t>
      </w:r>
    </w:p>
    <w:p>
      <w:pPr>
        <w:pStyle w:val="Heading1"/>
      </w:pPr>
      <w:r>
        <w:t>二、108課綱對應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階段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課綱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意旨摘要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課程活動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評量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國中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國語文 5-IV-5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理解多元文本議題與社會結構的關聯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跨文本比較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摘要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國中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國語文 5-IV-4、6-IV-5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整合跨領域知識並發表見解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歷史新聞改寫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500字作品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國中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歷 1c-IV-1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區別歷史事實與歷史解釋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句子分類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分類＋理由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國中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歷 1c-IV-2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從多元觀點探究重要歷史事件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來源比較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比較表</w:t>
            </w:r>
          </w:p>
        </w:tc>
      </w:tr>
    </w:tbl>
    <w:p>
      <w:pPr>
        <w:pStyle w:val="Heading1"/>
      </w:pPr>
      <w:r>
        <w:t>三、先備知識與關鍵詞</w:t>
      </w:r>
    </w:p>
    <w:p>
      <w:pPr>
        <w:pStyle w:val="ListBullet"/>
      </w:pPr>
      <w:r>
        <w:t>先備：知道臺灣曾經歷荷蘭東印度公司活動時期；能基本閱讀時間線與短篇資料。</w:t>
      </w:r>
    </w:p>
    <w:p>
      <w:pPr>
        <w:pStyle w:val="ListBullet"/>
      </w:pPr>
      <w:r>
        <w:t>關鍵詞：大巴六九／Tamalakaw、利嘉／Likavung、荷蘭東印度公司、尋金、史料、歷史解釋、來源、界線。</w:t>
      </w:r>
    </w:p>
    <w:p>
      <w:pPr>
        <w:pStyle w:val="ListBullet"/>
      </w:pPr>
      <w:r>
        <w:t>歷史拼寫差異不要求背誦；重點是理解同一地名會因語言、記錄者與時代出現不同轉寫。</w:t>
      </w:r>
    </w:p>
    <w:p>
      <w:pPr>
        <w:pStyle w:val="Heading1"/>
      </w:pPr>
      <w:r>
        <w:t>四、教學流程</w:t>
      </w:r>
    </w:p>
    <w:p>
      <w:pPr>
        <w:pStyle w:val="Heading2"/>
      </w:pPr>
      <w:r>
        <w:t>第1節｜誰留下紀錄？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時間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階段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教師指導語／活動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學生行動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形成性評量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6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導入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四句不同性質陳述，學生猜『史實／解釋／記憶／文學』。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快速分類。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暴露先備概念。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10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背景微講述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建立尋金、1641遇害、1642遠征時間線。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時間軸筆記。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日期事件不混淆。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18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史料實驗室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三組材料完成SOURCE表：誰、何時、用途、限制、交叉資料。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小組分析。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各至少1點。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8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權力與缺席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問：誰較容易留下文件？文件沒有誰？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證據式討論。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不把缺席等同無觀點。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3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出口單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『這份來源最適合回答___，不適合回答___。』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作答。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理解適用範圍。</w:t>
            </w:r>
          </w:p>
        </w:tc>
      </w:tr>
    </w:tbl>
    <w:p>
      <w:pPr>
        <w:pStyle w:val="Heading2"/>
      </w:pPr>
      <w:r>
        <w:t>第2節｜原因能有幾種？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時間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階段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教師指導語／活動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學生行動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形成性評量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複習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史實／解釋分類。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舉牌。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概念檢核。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15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主張—證據—限制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比較『可能酒後衝突』『後出具體原因』『報復＋尋金』等敘述。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填CER-L表。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不將弱證據提升為事實。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12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命名與界線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比較Tamalacouw／Tamalakaw／Tamalrakaw與Likavung等轉寫。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名稱時間卡。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理解轉寫≠不同部落。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10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編輯會議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決定新聞標題：哪些詞過度武斷？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修正標題。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避免『真相揭密』。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3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形成性測驗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3題短答。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作答。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快速回饋。</w:t>
            </w:r>
          </w:p>
        </w:tc>
      </w:tr>
    </w:tbl>
    <w:p>
      <w:pPr>
        <w:pStyle w:val="Heading2"/>
      </w:pPr>
      <w:r>
        <w:t>第3節｜雙版本歷史新聞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時間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階段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教師指導語／活動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學生行動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形成性評量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任務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製作『公司視角報導』與『證據審查編者註』。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分工。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理解兩文本功能。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25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寫作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400–600字，至少2個source_id。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完成初稿。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證據、限制、語氣。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10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同儕審稿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查史實／解釋混淆、來源註記、過度代言。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交換批改。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提出2項修正。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5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修訂收束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完成修訂與自評。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繳交。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Rubric達標。</w:t>
            </w:r>
          </w:p>
        </w:tc>
      </w:tr>
    </w:tbl>
    <w:p>
      <w:pPr>
        <w:pStyle w:val="Heading1"/>
      </w:pPr>
      <w:r>
        <w:t>五、教師可直接使用的關鍵指導語</w:t>
      </w:r>
    </w:p>
    <w:p>
      <w:pPr>
        <w:pStyle w:val="ListBullet"/>
      </w:pPr>
      <w:r>
        <w:t>先不要問哪個版本『最像真的』，先問：這句話的來源是什麼？它真的能支持到這麼強的結論嗎？</w:t>
      </w:r>
    </w:p>
    <w:p>
      <w:pPr>
        <w:pStyle w:val="ListBullet"/>
      </w:pPr>
      <w:r>
        <w:t>看到來源沒有寫的地方，我們可以提出問題，但不能把自己的想像填進去再說成史實。</w:t>
      </w:r>
    </w:p>
    <w:p>
      <w:pPr>
        <w:pStyle w:val="ListBullet"/>
      </w:pPr>
      <w:r>
        <w:t>不同說法不代表每一種說法都同樣可靠；我們要比較證據品質、形成時間與可交叉查證程度。</w:t>
      </w:r>
    </w:p>
    <w:p>
      <w:pPr>
        <w:pStyle w:val="ListBullet"/>
      </w:pPr>
      <w:r>
        <w:t>稱呼是一種線索。它可能告訴我們記錄者的語言與位置，但不能單靠稱呼推斷全部意圖。</w:t>
      </w:r>
    </w:p>
    <w:p>
      <w:pPr>
        <w:pStyle w:val="Heading1"/>
      </w:pPr>
      <w:r>
        <w:t>六、常見迷思與回應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6"/>
              </w:rPr>
              <w:t>迷思</w:t>
            </w:r>
          </w:p>
        </w:tc>
        <w:tc>
          <w:tcPr>
            <w:tcW w:type="dxa" w:w="51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6"/>
              </w:rPr>
              <w:t>教師回應</w:t>
            </w:r>
          </w:p>
        </w:tc>
      </w:tr>
      <w:tr>
        <w:tc>
          <w:tcPr>
            <w:tcW w:type="dxa" w:w="51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史料寫了就一定是真的</w:t>
            </w:r>
          </w:p>
        </w:tc>
        <w:tc>
          <w:tcPr>
            <w:tcW w:type="dxa" w:w="51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史料是證據之一，需要看生成背景、目的、時間距離與交叉資料。</w:t>
            </w:r>
          </w:p>
        </w:tc>
      </w:tr>
      <w:tr>
        <w:tc>
          <w:tcPr>
            <w:tcW w:type="dxa" w:w="51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不同版本＝各打五十大板</w:t>
            </w:r>
          </w:p>
        </w:tc>
        <w:tc>
          <w:tcPr>
            <w:tcW w:type="dxa" w:w="51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比較證據品質，不做形式上的平均。</w:t>
            </w:r>
          </w:p>
        </w:tc>
      </w:tr>
      <w:tr>
        <w:tc>
          <w:tcPr>
            <w:tcW w:type="dxa" w:w="51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沒有部落文字記錄＝沒有部落觀點</w:t>
            </w:r>
          </w:p>
        </w:tc>
        <w:tc>
          <w:tcPr>
            <w:tcW w:type="dxa" w:w="51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缺席表示現存／可取得來源不足，不等於當事人沒有觀點。</w:t>
            </w:r>
          </w:p>
        </w:tc>
      </w:tr>
      <w:tr>
        <w:tc>
          <w:tcPr>
            <w:tcW w:type="dxa" w:w="51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文學寫得很細＝那就是歷史事實</w:t>
            </w:r>
          </w:p>
        </w:tc>
        <w:tc>
          <w:tcPr>
            <w:tcW w:type="dxa" w:w="51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細節可來自創作與田調重建，需與史料證據分層。</w:t>
            </w:r>
          </w:p>
        </w:tc>
      </w:tr>
    </w:tbl>
    <w:p>
      <w:pPr>
        <w:pStyle w:val="Heading1"/>
      </w:pPr>
      <w:r>
        <w:t>七、差異化與無障礙</w:t>
      </w:r>
    </w:p>
    <w:p>
      <w:pPr>
        <w:pStyle w:val="ListBullet"/>
      </w:pPr>
      <w:r>
        <w:t>提供核心版（短文＋圖卡）與延伸版（原始轉寫／研究摘要）兩層閱讀量，但維持同一核心目標。</w:t>
      </w:r>
    </w:p>
    <w:p>
      <w:pPr>
        <w:pStyle w:val="ListBullet"/>
      </w:pPr>
      <w:r>
        <w:t>閱讀困難者可用句型框架、部分完成表格；高表現者增加反向證據與來源衝突處理。</w:t>
      </w:r>
    </w:p>
    <w:p>
      <w:pPr>
        <w:pStyle w:val="ListBullet"/>
      </w:pPr>
      <w:r>
        <w:t>所有圖像／圖表另附文字摘要；不只靠顏色分類；投影片文字維持高對比。</w:t>
      </w:r>
    </w:p>
    <w:p>
      <w:pPr>
        <w:pStyle w:val="ListBullet"/>
      </w:pPr>
      <w:r>
        <w:t>討論可改為書面回應；策展可採紙本、數位或口頭導覽等價形式。</w:t>
      </w:r>
    </w:p>
    <w:p>
      <w:pPr>
        <w:pStyle w:val="Heading1"/>
      </w:pPr>
      <w:r>
        <w:t>八、評量Rubric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準則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4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3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2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1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0</w:t>
            </w:r>
          </w:p>
        </w:tc>
      </w:tr>
      <w:tr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史實／解釋區分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4：完整、準確且主動處理限制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3：大致正確，少量限制未展開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2：有證據但連結薄弱或混淆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1：多為主觀判斷，證據不足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0：未完成／無關</w:t>
            </w:r>
          </w:p>
        </w:tc>
      </w:tr>
      <w:tr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來源批判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4：完整、準確且主動處理限制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3：大致正確，少量限制未展開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2：有證據但連結薄弱或混淆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1：多為主觀判斷，證據不足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0：未完成／無關</w:t>
            </w:r>
          </w:p>
        </w:tc>
      </w:tr>
      <w:tr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證據整合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4：完整、準確且主動處理限制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3：大致正確，少量限制未展開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2：有證據但連結薄弱或混淆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1：多為主觀判斷，證據不足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0：未完成／無關</w:t>
            </w:r>
          </w:p>
        </w:tc>
      </w:tr>
      <w:tr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歷史敘述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4：完整、準確且主動處理限制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3：大致正確，少量限制未展開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2：有證據但連結薄弱或混淆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1：多為主觀判斷，證據不足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0：未完成／無關</w:t>
            </w:r>
          </w:p>
        </w:tc>
      </w:tr>
    </w:tbl>
    <w:p>
      <w:pPr>
        <w:pStyle w:val="Heading1"/>
      </w:pPr>
      <w:r>
        <w:t>九、教師答案／示例</w:t>
      </w:r>
    </w:p>
    <w:p>
      <w:pPr>
        <w:pStyle w:val="ListBullet"/>
      </w:pPr>
      <w:r>
        <w:t>可確認：1641年9月韋塞林與同行者遭大巴六九、利嘉附近居民殺害（依S02/S03）。</w:t>
      </w:r>
    </w:p>
    <w:p>
      <w:pPr>
        <w:pStyle w:val="ListBullet"/>
      </w:pPr>
      <w:r>
        <w:t>不宜定論：『他一定因為某一特定原因被殺』；應改為『後出敘事有不同主張，目前證據不足以視為唯一原因』。</w:t>
      </w:r>
    </w:p>
    <w:p>
      <w:pPr>
        <w:pStyle w:val="ListBullet"/>
      </w:pPr>
      <w:r>
        <w:t>地方記憶：『紅頭髮吃火的人』能證明後來地方記憶中有此稱呼，不足以證明1641年逐字如此稱呼。</w:t>
      </w:r>
    </w:p>
    <w:p>
      <w:pPr>
        <w:pStyle w:val="ListBullet"/>
      </w:pPr>
      <w:r>
        <w:t>1642目的：較精確寫法為『報復、尋金與展示武力等脈絡可能同時存在』，並附S02/S03。</w:t>
      </w:r>
    </w:p>
    <w:p>
      <w:pPr>
        <w:pStyle w:val="Heading1"/>
      </w:pPr>
      <w:r>
        <w:t>十、來源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ID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來源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機構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使用說明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URL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S01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策展入口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uLa Studio／Taiwan Points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策展頁標題可確認；本輪機器可讀正文有限，標記 partial。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https://www.ula.tw/exhibitions/jie-x-chi-huo-de-ren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S02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話題‧話語─從熱蘭遮城日誌看荷蘭人尋金歷程中的原住民（上）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國立臺灣史前文化博物館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整理韋塞林、尋金與1641/1642事件脈絡。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https://beta.nmp.gov.tw/enews/no326/page_03.html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S03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釋析十七世紀荷蘭人尋金史料相關研究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中央研究院臺灣史研究所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含1642遠征人數組成、尋金背景與史料引述。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https://www.ith.sinica.edu.tw/quarterly_download.php?filename=13002374492.pdf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S04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大巴六九部落（Tamalakaw）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國家文化記憶庫／國立臺東生活美學館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確認大巴六九部落位置、名稱與基本脈絡；頁面標示CC0。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https://tcmb.culture.tw/zh-tw/detail?id=272057&amp;indexCode=Culture_Object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原住民族文獻：卑南族部落與歷史書寫相關文章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原住民族委員會原住民族文獻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用於史料／口述／文學再現邊界。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https://ihc.cip.gov.tw/ihcfile/EJournals/54/Vol054.pdf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S06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原住民族文獻第58期頁面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原住民族委員會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確認Tamalrakaw／大巴六九、Likavung／利嘉等當代名稱與位置。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https://alilin.cip.gov.tw/ebook/43897266489de217eebf/files/basic-html/page46.html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S07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領域／科目課程綱要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國家教育研究院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108課綱正式入口。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https://www.naer.edu.tw/PageSyllabus?fid=177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S08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愛學網－國語文閱讀寫作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國家教育研究院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核對高中國語文5-V-1、5-V-2。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https://stv.naer.edu.tw/watch/283023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S09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教育大市集－國小議論文教學示例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教育部教育大市集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核對國小國語文6-III-5、Bd-III-1。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https://market.cloud.edu.tw/resources/web/1811498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S10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地方文化認知調查摘錄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論文轉載頁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出現『紅頭髮吃火的人』地方記憶用語；只作後出記憶材料。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https://9lib.co/article/%E9%99%84%EF%A4%BF%EF%A7%9D%E5%98%89%E9%83%A8%EF%A4%98%E6%B0%91%E7%9C%BE%E5%B0%8D%E9%83%A8%EF%A4%98%E6%96%87%E5%8C%96%E8%AA%8D%E7%9F%A5%E8%AA%BF%E6%9F%A5%E5%95%8F%E5%8D%B7%E7%B5%90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第 </w:t>
      <w:fldChar w:fldCharType="begin"/>
      <w:instrText xml:space="preserve">PAGE</w:instrText>
      <w:fldChar w:fldCharType="end"/>
    </w:r>
    <w:r>
      <w:t xml:space="preserve"> 頁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787878"/>
        <w:sz w:val="16"/>
      </w:rPr>
      <w:t>界 × 吃火的人｜一六四一，大巴六九｜國中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TC" w:hAnsi="Noto Sans CJK TC" w:eastAsia="Noto Sans CJK TC"/>
      <w:b w:val="0"/>
      <w:color w:val="2D2D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415852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604C37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5A5A5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TC" w:hAnsi="Noto Sans CJK TC" w:eastAsia="Noto Sans CJK TC"/>
      <w:b/>
      <w:color w:val="304A41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